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3AC10E" w14:textId="7308AEE2" w:rsidR="001D3673" w:rsidRPr="009449C2" w:rsidRDefault="00136209" w:rsidP="009449C2">
      <w:pPr>
        <w:pStyle w:val="a8"/>
        <w:jc w:val="center"/>
        <w:rPr>
          <w:sz w:val="36"/>
          <w:szCs w:val="36"/>
        </w:rPr>
      </w:pPr>
      <w:r>
        <w:rPr>
          <w:rFonts w:ascii="맑은 고딕" w:eastAsia="맑은 고딕" w:hAnsi="맑은 고딕" w:cs="맑은 고딕" w:hint="eastAsia"/>
          <w:sz w:val="36"/>
          <w:szCs w:val="36"/>
          <w:lang w:eastAsia="ko-KR"/>
        </w:rPr>
        <w:t>한국</w:t>
      </w:r>
      <w:r w:rsidR="009449C2" w:rsidRPr="009449C2">
        <w:rPr>
          <w:rFonts w:ascii="맑은 고딕" w:eastAsia="맑은 고딕" w:hAnsi="맑은 고딕" w:cs="맑은 고딕" w:hint="eastAsia"/>
          <w:sz w:val="36"/>
          <w:szCs w:val="36"/>
          <w:lang w:eastAsia="ko-KR"/>
        </w:rPr>
        <w:t>경영과학회</w:t>
      </w:r>
      <w:r w:rsidR="009449C2" w:rsidRPr="009449C2">
        <w:rPr>
          <w:sz w:val="36"/>
          <w:szCs w:val="36"/>
        </w:rPr>
        <w:t>AI</w:t>
      </w:r>
      <w:r>
        <w:rPr>
          <w:rFonts w:eastAsia="맑은 고딕" w:hint="eastAsia"/>
          <w:sz w:val="36"/>
          <w:szCs w:val="36"/>
          <w:lang w:eastAsia="ko-KR"/>
        </w:rPr>
        <w:t>/OR</w:t>
      </w:r>
      <w:r w:rsidR="009449C2" w:rsidRPr="009449C2">
        <w:rPr>
          <w:sz w:val="36"/>
          <w:szCs w:val="36"/>
        </w:rPr>
        <w:t xml:space="preserve"> Business Challenge </w:t>
      </w:r>
      <w:r w:rsidR="009449C2" w:rsidRPr="009449C2">
        <w:rPr>
          <w:sz w:val="36"/>
          <w:szCs w:val="36"/>
        </w:rPr>
        <w:t>참가신청서</w:t>
      </w:r>
    </w:p>
    <w:p w14:paraId="190D1A0B" w14:textId="77777777" w:rsidR="001D3673" w:rsidRDefault="00000000">
      <w:pPr>
        <w:pStyle w:val="1"/>
      </w:pPr>
      <w:r>
        <w:t xml:space="preserve">1. </w:t>
      </w:r>
      <w:r>
        <w:t>기본</w:t>
      </w:r>
      <w:r>
        <w:t xml:space="preserve"> </w:t>
      </w:r>
      <w:r>
        <w:t>정보</w:t>
      </w:r>
    </w:p>
    <w:tbl>
      <w:tblPr>
        <w:tblStyle w:val="af9"/>
        <w:tblW w:w="0" w:type="auto"/>
        <w:tblLook w:val="04A0" w:firstRow="1" w:lastRow="0" w:firstColumn="1" w:lastColumn="0" w:noHBand="0" w:noVBand="1"/>
      </w:tblPr>
      <w:tblGrid>
        <w:gridCol w:w="2231"/>
        <w:gridCol w:w="6241"/>
      </w:tblGrid>
      <w:tr w:rsidR="009449C2" w14:paraId="5E01D262" w14:textId="77777777" w:rsidTr="00FB18CF">
        <w:tc>
          <w:tcPr>
            <w:tcW w:w="2231" w:type="dxa"/>
            <w:vAlign w:val="center"/>
          </w:tcPr>
          <w:p w14:paraId="26ACD776" w14:textId="307C0805" w:rsidR="009449C2" w:rsidRPr="0077584A" w:rsidRDefault="009449C2" w:rsidP="00B75E49">
            <w:pPr>
              <w:jc w:val="center"/>
              <w:rPr>
                <w:b/>
                <w:bCs/>
              </w:rPr>
            </w:pPr>
            <w:r w:rsidRPr="0077584A">
              <w:rPr>
                <w:b/>
                <w:bCs/>
              </w:rPr>
              <w:t>이름</w:t>
            </w:r>
          </w:p>
        </w:tc>
        <w:tc>
          <w:tcPr>
            <w:tcW w:w="6241" w:type="dxa"/>
            <w:vAlign w:val="center"/>
          </w:tcPr>
          <w:p w14:paraId="4FD29DF0" w14:textId="4D8819E5" w:rsidR="009449C2" w:rsidRPr="009449C2" w:rsidRDefault="009449C2" w:rsidP="00B75E49">
            <w:pPr>
              <w:jc w:val="center"/>
              <w:rPr>
                <w:rFonts w:eastAsia="맑은 고딕"/>
                <w:lang w:eastAsia="ko-KR"/>
              </w:rPr>
            </w:pPr>
          </w:p>
        </w:tc>
      </w:tr>
      <w:tr w:rsidR="009449C2" w14:paraId="55E9010E" w14:textId="77777777" w:rsidTr="00FB18CF">
        <w:tc>
          <w:tcPr>
            <w:tcW w:w="2231" w:type="dxa"/>
            <w:vAlign w:val="center"/>
          </w:tcPr>
          <w:p w14:paraId="06F0DD69" w14:textId="0E5DEE2F" w:rsidR="009449C2" w:rsidRPr="0077584A" w:rsidRDefault="009449C2" w:rsidP="00B75E49">
            <w:pPr>
              <w:jc w:val="center"/>
              <w:rPr>
                <w:b/>
                <w:bCs/>
              </w:rPr>
            </w:pPr>
            <w:r w:rsidRPr="0077584A">
              <w:rPr>
                <w:b/>
                <w:bCs/>
              </w:rPr>
              <w:t>소속</w:t>
            </w:r>
            <w:r w:rsidRPr="0077584A">
              <w:rPr>
                <w:b/>
                <w:bCs/>
              </w:rPr>
              <w:t xml:space="preserve"> </w:t>
            </w:r>
            <w:r w:rsidRPr="0077584A">
              <w:rPr>
                <w:b/>
                <w:bCs/>
              </w:rPr>
              <w:t>학교</w:t>
            </w:r>
          </w:p>
        </w:tc>
        <w:tc>
          <w:tcPr>
            <w:tcW w:w="6241" w:type="dxa"/>
            <w:vAlign w:val="center"/>
          </w:tcPr>
          <w:p w14:paraId="616AB685" w14:textId="121B2581" w:rsidR="009449C2" w:rsidRPr="009449C2" w:rsidRDefault="009449C2" w:rsidP="00B75E49">
            <w:pPr>
              <w:jc w:val="center"/>
              <w:rPr>
                <w:rFonts w:eastAsia="맑은 고딕"/>
                <w:lang w:eastAsia="ko-KR"/>
              </w:rPr>
            </w:pPr>
          </w:p>
        </w:tc>
      </w:tr>
      <w:tr w:rsidR="009449C2" w14:paraId="2A85732D" w14:textId="77777777" w:rsidTr="00FB18CF">
        <w:tc>
          <w:tcPr>
            <w:tcW w:w="2231" w:type="dxa"/>
            <w:vAlign w:val="center"/>
          </w:tcPr>
          <w:p w14:paraId="66DA4FC6" w14:textId="55E49474" w:rsidR="009449C2" w:rsidRPr="0077584A" w:rsidRDefault="009449C2" w:rsidP="00B75E49">
            <w:pPr>
              <w:jc w:val="center"/>
              <w:rPr>
                <w:b/>
                <w:bCs/>
              </w:rPr>
            </w:pPr>
            <w:r w:rsidRPr="0077584A">
              <w:rPr>
                <w:b/>
                <w:bCs/>
              </w:rPr>
              <w:t>학과</w:t>
            </w:r>
          </w:p>
        </w:tc>
        <w:tc>
          <w:tcPr>
            <w:tcW w:w="6241" w:type="dxa"/>
            <w:vAlign w:val="center"/>
          </w:tcPr>
          <w:p w14:paraId="60334907" w14:textId="4B4210C5" w:rsidR="009449C2" w:rsidRDefault="009449C2" w:rsidP="00B75E49">
            <w:pPr>
              <w:jc w:val="center"/>
            </w:pPr>
          </w:p>
        </w:tc>
      </w:tr>
      <w:tr w:rsidR="009449C2" w14:paraId="5773799A" w14:textId="77777777" w:rsidTr="00FB18CF">
        <w:tc>
          <w:tcPr>
            <w:tcW w:w="2231" w:type="dxa"/>
            <w:vAlign w:val="center"/>
          </w:tcPr>
          <w:p w14:paraId="5CA052D2" w14:textId="63220C46" w:rsidR="009449C2" w:rsidRPr="0077584A" w:rsidRDefault="009449C2" w:rsidP="00B75E49">
            <w:pPr>
              <w:jc w:val="center"/>
              <w:rPr>
                <w:b/>
                <w:bCs/>
              </w:rPr>
            </w:pPr>
            <w:r w:rsidRPr="0077584A">
              <w:rPr>
                <w:b/>
                <w:bCs/>
              </w:rPr>
              <w:t>학년</w:t>
            </w:r>
          </w:p>
        </w:tc>
        <w:tc>
          <w:tcPr>
            <w:tcW w:w="6241" w:type="dxa"/>
            <w:vAlign w:val="center"/>
          </w:tcPr>
          <w:p w14:paraId="0D963B74" w14:textId="408A3B8B" w:rsidR="009449C2" w:rsidRDefault="009449C2" w:rsidP="00B75E49">
            <w:pPr>
              <w:jc w:val="center"/>
            </w:pPr>
          </w:p>
        </w:tc>
      </w:tr>
      <w:tr w:rsidR="009449C2" w14:paraId="1C7234E2" w14:textId="77777777" w:rsidTr="00FB18CF">
        <w:tc>
          <w:tcPr>
            <w:tcW w:w="2231" w:type="dxa"/>
            <w:vAlign w:val="center"/>
          </w:tcPr>
          <w:p w14:paraId="040CE616" w14:textId="0733C478" w:rsidR="009449C2" w:rsidRPr="0077584A" w:rsidRDefault="009449C2" w:rsidP="00B75E49">
            <w:pPr>
              <w:jc w:val="center"/>
              <w:rPr>
                <w:b/>
                <w:bCs/>
              </w:rPr>
            </w:pPr>
            <w:r w:rsidRPr="0077584A">
              <w:rPr>
                <w:b/>
                <w:bCs/>
              </w:rPr>
              <w:t>전화번호</w:t>
            </w:r>
          </w:p>
        </w:tc>
        <w:tc>
          <w:tcPr>
            <w:tcW w:w="6241" w:type="dxa"/>
            <w:vAlign w:val="center"/>
          </w:tcPr>
          <w:p w14:paraId="7DE384FF" w14:textId="367A8FD2" w:rsidR="009449C2" w:rsidRDefault="009449C2" w:rsidP="00B75E49">
            <w:pPr>
              <w:jc w:val="center"/>
            </w:pPr>
          </w:p>
        </w:tc>
      </w:tr>
      <w:tr w:rsidR="009449C2" w14:paraId="214D6EDD" w14:textId="77777777" w:rsidTr="00FB18CF">
        <w:tc>
          <w:tcPr>
            <w:tcW w:w="2231" w:type="dxa"/>
            <w:vAlign w:val="center"/>
          </w:tcPr>
          <w:p w14:paraId="64637A85" w14:textId="45F7B477" w:rsidR="009449C2" w:rsidRPr="0077584A" w:rsidRDefault="009449C2" w:rsidP="00B75E49">
            <w:pPr>
              <w:jc w:val="center"/>
              <w:rPr>
                <w:b/>
                <w:bCs/>
              </w:rPr>
            </w:pPr>
            <w:r w:rsidRPr="0077584A">
              <w:rPr>
                <w:b/>
                <w:bCs/>
              </w:rPr>
              <w:t>이메일</w:t>
            </w:r>
            <w:r w:rsidRPr="0077584A">
              <w:rPr>
                <w:b/>
                <w:bCs/>
              </w:rPr>
              <w:t xml:space="preserve"> </w:t>
            </w:r>
            <w:r w:rsidRPr="0077584A">
              <w:rPr>
                <w:b/>
                <w:bCs/>
              </w:rPr>
              <w:t>주소</w:t>
            </w:r>
          </w:p>
        </w:tc>
        <w:tc>
          <w:tcPr>
            <w:tcW w:w="6241" w:type="dxa"/>
            <w:vAlign w:val="center"/>
          </w:tcPr>
          <w:p w14:paraId="576037E7" w14:textId="16EC297B" w:rsidR="009449C2" w:rsidRDefault="009449C2" w:rsidP="00B75E49">
            <w:pPr>
              <w:jc w:val="center"/>
            </w:pPr>
          </w:p>
        </w:tc>
      </w:tr>
    </w:tbl>
    <w:p w14:paraId="0A4F4DE5" w14:textId="77777777" w:rsidR="001D3673" w:rsidRDefault="00000000">
      <w:pPr>
        <w:pStyle w:val="1"/>
        <w:rPr>
          <w:lang w:eastAsia="ko-KR"/>
        </w:rPr>
      </w:pPr>
      <w:r>
        <w:rPr>
          <w:lang w:eastAsia="ko-KR"/>
        </w:rPr>
        <w:t xml:space="preserve">2. </w:t>
      </w:r>
      <w:r>
        <w:rPr>
          <w:lang w:eastAsia="ko-KR"/>
        </w:rPr>
        <w:t>팀</w:t>
      </w:r>
      <w:r>
        <w:rPr>
          <w:lang w:eastAsia="ko-KR"/>
        </w:rPr>
        <w:t xml:space="preserve"> </w:t>
      </w:r>
      <w:r>
        <w:rPr>
          <w:lang w:eastAsia="ko-KR"/>
        </w:rPr>
        <w:t>정보</w:t>
      </w:r>
      <w:r>
        <w:rPr>
          <w:lang w:eastAsia="ko-KR"/>
        </w:rPr>
        <w:t xml:space="preserve"> (</w:t>
      </w:r>
      <w:r>
        <w:rPr>
          <w:lang w:eastAsia="ko-KR"/>
        </w:rPr>
        <w:t>팀으로</w:t>
      </w:r>
      <w:r>
        <w:rPr>
          <w:lang w:eastAsia="ko-KR"/>
        </w:rPr>
        <w:t xml:space="preserve"> </w:t>
      </w:r>
      <w:r>
        <w:rPr>
          <w:lang w:eastAsia="ko-KR"/>
        </w:rPr>
        <w:t>참가할</w:t>
      </w:r>
      <w:r>
        <w:rPr>
          <w:lang w:eastAsia="ko-KR"/>
        </w:rPr>
        <w:t xml:space="preserve"> </w:t>
      </w:r>
      <w:r>
        <w:rPr>
          <w:lang w:eastAsia="ko-KR"/>
        </w:rPr>
        <w:t>경우</w:t>
      </w:r>
      <w:r>
        <w:rPr>
          <w:lang w:eastAsia="ko-KR"/>
        </w:rPr>
        <w:t xml:space="preserve"> </w:t>
      </w:r>
      <w:r>
        <w:rPr>
          <w:lang w:eastAsia="ko-KR"/>
        </w:rPr>
        <w:t>기재</w:t>
      </w:r>
      <w:r>
        <w:rPr>
          <w:lang w:eastAsia="ko-KR"/>
        </w:rPr>
        <w:t>)</w:t>
      </w:r>
    </w:p>
    <w:tbl>
      <w:tblPr>
        <w:tblStyle w:val="af9"/>
        <w:tblW w:w="8712" w:type="dxa"/>
        <w:tblLook w:val="04A0" w:firstRow="1" w:lastRow="0" w:firstColumn="1" w:lastColumn="0" w:noHBand="0" w:noVBand="1"/>
      </w:tblPr>
      <w:tblGrid>
        <w:gridCol w:w="2160"/>
        <w:gridCol w:w="2160"/>
        <w:gridCol w:w="4392"/>
      </w:tblGrid>
      <w:tr w:rsidR="001D3673" w14:paraId="313E9178" w14:textId="77777777" w:rsidTr="00FB18CF">
        <w:tc>
          <w:tcPr>
            <w:tcW w:w="4320" w:type="dxa"/>
            <w:gridSpan w:val="2"/>
            <w:vAlign w:val="center"/>
          </w:tcPr>
          <w:p w14:paraId="1F6C137A" w14:textId="77777777" w:rsidR="001D3673" w:rsidRPr="009C06EC" w:rsidRDefault="00000000" w:rsidP="00B75E49">
            <w:pPr>
              <w:jc w:val="center"/>
              <w:rPr>
                <w:b/>
                <w:bCs/>
              </w:rPr>
            </w:pPr>
            <w:r w:rsidRPr="009C06EC">
              <w:rPr>
                <w:b/>
                <w:bCs/>
              </w:rPr>
              <w:t>팀명</w:t>
            </w:r>
          </w:p>
        </w:tc>
        <w:tc>
          <w:tcPr>
            <w:tcW w:w="4392" w:type="dxa"/>
            <w:vAlign w:val="center"/>
          </w:tcPr>
          <w:p w14:paraId="1033E0AA" w14:textId="5C46EF57" w:rsidR="001D3673" w:rsidRDefault="001D3673" w:rsidP="00B75E49">
            <w:pPr>
              <w:jc w:val="center"/>
            </w:pPr>
          </w:p>
        </w:tc>
      </w:tr>
      <w:tr w:rsidR="001D3673" w14:paraId="5D889130" w14:textId="77777777" w:rsidTr="00FB18CF">
        <w:tc>
          <w:tcPr>
            <w:tcW w:w="4320" w:type="dxa"/>
            <w:gridSpan w:val="2"/>
            <w:vAlign w:val="center"/>
          </w:tcPr>
          <w:p w14:paraId="485F7129" w14:textId="77777777" w:rsidR="001D3673" w:rsidRPr="009C06EC" w:rsidRDefault="00000000" w:rsidP="00B75E49">
            <w:pPr>
              <w:jc w:val="center"/>
              <w:rPr>
                <w:b/>
                <w:bCs/>
              </w:rPr>
            </w:pPr>
            <w:r w:rsidRPr="009C06EC">
              <w:rPr>
                <w:b/>
                <w:bCs/>
              </w:rPr>
              <w:t>팀원</w:t>
            </w:r>
            <w:r w:rsidRPr="009C06EC">
              <w:rPr>
                <w:b/>
                <w:bCs/>
              </w:rPr>
              <w:t xml:space="preserve"> 1 (</w:t>
            </w:r>
            <w:r w:rsidRPr="009C06EC">
              <w:rPr>
                <w:b/>
                <w:bCs/>
              </w:rPr>
              <w:t>팀장</w:t>
            </w:r>
            <w:r w:rsidRPr="009C06EC">
              <w:rPr>
                <w:b/>
                <w:bCs/>
              </w:rPr>
              <w:t>)</w:t>
            </w:r>
          </w:p>
        </w:tc>
        <w:tc>
          <w:tcPr>
            <w:tcW w:w="4392" w:type="dxa"/>
            <w:vAlign w:val="center"/>
          </w:tcPr>
          <w:p w14:paraId="10851BCF" w14:textId="71DB149E" w:rsidR="001D3673" w:rsidRDefault="0077584A" w:rsidP="00B75E49">
            <w:pPr>
              <w:pStyle w:val="aa"/>
              <w:numPr>
                <w:ilvl w:val="0"/>
                <w:numId w:val="10"/>
              </w:numPr>
              <w:jc w:val="center"/>
              <w:rPr>
                <w:lang w:eastAsia="ko-KR"/>
              </w:rPr>
            </w:pPr>
            <w:r w:rsidRPr="0077584A">
              <w:rPr>
                <w:rFonts w:ascii="맑은 고딕" w:eastAsia="맑은 고딕" w:hAnsi="맑은 고딕" w:cs="맑은 고딕" w:hint="eastAsia"/>
                <w:lang w:eastAsia="ko-KR"/>
              </w:rPr>
              <w:t>기본정보</w:t>
            </w:r>
            <w:r>
              <w:rPr>
                <w:rFonts w:ascii="맑은 고딕" w:eastAsia="맑은 고딕" w:hAnsi="맑은 고딕" w:cs="맑은 고딕" w:hint="eastAsia"/>
                <w:lang w:eastAsia="ko-KR"/>
              </w:rPr>
              <w:t>에</w:t>
            </w:r>
            <w:r w:rsidRPr="0077584A">
              <w:rPr>
                <w:rFonts w:ascii="맑은 고딕" w:eastAsia="맑은 고딕" w:hAnsi="맑은 고딕" w:cs="맑은 고딕" w:hint="eastAsia"/>
                <w:lang w:eastAsia="ko-KR"/>
              </w:rPr>
              <w:t xml:space="preserve"> 기재</w:t>
            </w:r>
          </w:p>
        </w:tc>
      </w:tr>
      <w:tr w:rsidR="009C06EC" w14:paraId="6649D3BA" w14:textId="77777777" w:rsidTr="00FB18CF">
        <w:tc>
          <w:tcPr>
            <w:tcW w:w="2160" w:type="dxa"/>
            <w:vMerge w:val="restart"/>
            <w:vAlign w:val="center"/>
          </w:tcPr>
          <w:p w14:paraId="271DB9F0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  <w:r w:rsidRPr="009C06EC">
              <w:rPr>
                <w:b/>
                <w:bCs/>
              </w:rPr>
              <w:t>팀원</w:t>
            </w:r>
            <w:r w:rsidRPr="009C06EC">
              <w:rPr>
                <w:b/>
                <w:bCs/>
              </w:rPr>
              <w:t xml:space="preserve"> 2</w:t>
            </w:r>
          </w:p>
        </w:tc>
        <w:tc>
          <w:tcPr>
            <w:tcW w:w="2160" w:type="dxa"/>
            <w:vAlign w:val="center"/>
          </w:tcPr>
          <w:p w14:paraId="5B36D918" w14:textId="1B7F2F20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이름</w:t>
            </w:r>
          </w:p>
        </w:tc>
        <w:tc>
          <w:tcPr>
            <w:tcW w:w="4392" w:type="dxa"/>
            <w:vAlign w:val="center"/>
          </w:tcPr>
          <w:p w14:paraId="623354D1" w14:textId="0AC120E1" w:rsidR="009C06EC" w:rsidRPr="009C06EC" w:rsidRDefault="009C06EC" w:rsidP="00B75E49">
            <w:pPr>
              <w:jc w:val="center"/>
              <w:rPr>
                <w:rFonts w:eastAsia="맑은 고딕"/>
                <w:lang w:eastAsia="ko-KR"/>
              </w:rPr>
            </w:pPr>
          </w:p>
        </w:tc>
      </w:tr>
      <w:tr w:rsidR="009C06EC" w14:paraId="24912BC2" w14:textId="77777777" w:rsidTr="00FB18CF">
        <w:tc>
          <w:tcPr>
            <w:tcW w:w="2160" w:type="dxa"/>
            <w:vMerge/>
            <w:vAlign w:val="center"/>
          </w:tcPr>
          <w:p w14:paraId="06EC9D9F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</w:p>
        </w:tc>
        <w:tc>
          <w:tcPr>
            <w:tcW w:w="2160" w:type="dxa"/>
            <w:vAlign w:val="center"/>
          </w:tcPr>
          <w:p w14:paraId="394C85CD" w14:textId="793FA9ED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소속</w:t>
            </w:r>
            <w:r w:rsidRPr="0077584A">
              <w:rPr>
                <w:b/>
                <w:bCs/>
              </w:rPr>
              <w:t xml:space="preserve"> </w:t>
            </w:r>
            <w:r w:rsidRPr="0077584A">
              <w:rPr>
                <w:b/>
                <w:bCs/>
              </w:rPr>
              <w:t>학교</w:t>
            </w:r>
          </w:p>
        </w:tc>
        <w:tc>
          <w:tcPr>
            <w:tcW w:w="4392" w:type="dxa"/>
            <w:vAlign w:val="center"/>
          </w:tcPr>
          <w:p w14:paraId="47B5CD48" w14:textId="04F7AF08" w:rsidR="009C06EC" w:rsidRPr="009C06EC" w:rsidRDefault="009C06EC" w:rsidP="00B75E49">
            <w:pPr>
              <w:jc w:val="center"/>
              <w:rPr>
                <w:rFonts w:eastAsia="맑은 고딕"/>
                <w:lang w:eastAsia="ko-KR"/>
              </w:rPr>
            </w:pPr>
          </w:p>
        </w:tc>
      </w:tr>
      <w:tr w:rsidR="009C06EC" w14:paraId="4F90BCAD" w14:textId="77777777" w:rsidTr="00FB18CF">
        <w:tc>
          <w:tcPr>
            <w:tcW w:w="2160" w:type="dxa"/>
            <w:vMerge/>
            <w:vAlign w:val="center"/>
          </w:tcPr>
          <w:p w14:paraId="38C5016C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</w:p>
        </w:tc>
        <w:tc>
          <w:tcPr>
            <w:tcW w:w="2160" w:type="dxa"/>
            <w:vAlign w:val="center"/>
          </w:tcPr>
          <w:p w14:paraId="70487AD4" w14:textId="1A66D7FF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학과</w:t>
            </w:r>
          </w:p>
        </w:tc>
        <w:tc>
          <w:tcPr>
            <w:tcW w:w="4392" w:type="dxa"/>
            <w:vAlign w:val="center"/>
          </w:tcPr>
          <w:p w14:paraId="279D108D" w14:textId="2FEA2F3A" w:rsidR="009C06EC" w:rsidRPr="009C06EC" w:rsidRDefault="009C06EC" w:rsidP="00B75E49">
            <w:pPr>
              <w:jc w:val="center"/>
              <w:rPr>
                <w:rFonts w:eastAsia="맑은 고딕"/>
                <w:lang w:eastAsia="ko-KR"/>
              </w:rPr>
            </w:pPr>
          </w:p>
        </w:tc>
      </w:tr>
      <w:tr w:rsidR="009C06EC" w14:paraId="7AB7D369" w14:textId="77777777" w:rsidTr="00FB18CF">
        <w:tc>
          <w:tcPr>
            <w:tcW w:w="2160" w:type="dxa"/>
            <w:vMerge/>
            <w:vAlign w:val="center"/>
          </w:tcPr>
          <w:p w14:paraId="266C3FC0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</w:p>
        </w:tc>
        <w:tc>
          <w:tcPr>
            <w:tcW w:w="2160" w:type="dxa"/>
            <w:vAlign w:val="center"/>
          </w:tcPr>
          <w:p w14:paraId="5E3EB7D6" w14:textId="7678FE84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학년</w:t>
            </w:r>
          </w:p>
        </w:tc>
        <w:tc>
          <w:tcPr>
            <w:tcW w:w="4392" w:type="dxa"/>
            <w:vAlign w:val="center"/>
          </w:tcPr>
          <w:p w14:paraId="271F66CF" w14:textId="77777777" w:rsidR="009C06EC" w:rsidRDefault="009C06EC" w:rsidP="00B75E49">
            <w:pPr>
              <w:jc w:val="center"/>
            </w:pPr>
          </w:p>
        </w:tc>
      </w:tr>
      <w:tr w:rsidR="009C06EC" w14:paraId="5C3F8786" w14:textId="77777777" w:rsidTr="00FB18CF">
        <w:tc>
          <w:tcPr>
            <w:tcW w:w="2160" w:type="dxa"/>
            <w:vMerge/>
            <w:vAlign w:val="center"/>
          </w:tcPr>
          <w:p w14:paraId="69315727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</w:p>
        </w:tc>
        <w:tc>
          <w:tcPr>
            <w:tcW w:w="2160" w:type="dxa"/>
            <w:vAlign w:val="center"/>
          </w:tcPr>
          <w:p w14:paraId="79365688" w14:textId="1AC90697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전화번호</w:t>
            </w:r>
          </w:p>
        </w:tc>
        <w:tc>
          <w:tcPr>
            <w:tcW w:w="4392" w:type="dxa"/>
            <w:vAlign w:val="center"/>
          </w:tcPr>
          <w:p w14:paraId="34A2951F" w14:textId="77777777" w:rsidR="009C06EC" w:rsidRDefault="009C06EC" w:rsidP="00B75E49">
            <w:pPr>
              <w:jc w:val="center"/>
            </w:pPr>
          </w:p>
        </w:tc>
      </w:tr>
      <w:tr w:rsidR="009C06EC" w14:paraId="4C26E99A" w14:textId="77777777" w:rsidTr="00FB18CF">
        <w:tc>
          <w:tcPr>
            <w:tcW w:w="2160" w:type="dxa"/>
            <w:vMerge/>
            <w:vAlign w:val="center"/>
          </w:tcPr>
          <w:p w14:paraId="0060306E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</w:p>
        </w:tc>
        <w:tc>
          <w:tcPr>
            <w:tcW w:w="2160" w:type="dxa"/>
            <w:vAlign w:val="center"/>
          </w:tcPr>
          <w:p w14:paraId="0C3F018A" w14:textId="2D0E936B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이메일</w:t>
            </w:r>
            <w:r w:rsidRPr="0077584A">
              <w:rPr>
                <w:b/>
                <w:bCs/>
              </w:rPr>
              <w:t xml:space="preserve"> </w:t>
            </w:r>
            <w:r w:rsidRPr="0077584A">
              <w:rPr>
                <w:b/>
                <w:bCs/>
              </w:rPr>
              <w:t>주소</w:t>
            </w:r>
          </w:p>
        </w:tc>
        <w:tc>
          <w:tcPr>
            <w:tcW w:w="4392" w:type="dxa"/>
            <w:vAlign w:val="center"/>
          </w:tcPr>
          <w:p w14:paraId="682AC726" w14:textId="77777777" w:rsidR="009C06EC" w:rsidRDefault="009C06EC" w:rsidP="00B75E49">
            <w:pPr>
              <w:jc w:val="center"/>
            </w:pPr>
          </w:p>
        </w:tc>
      </w:tr>
      <w:tr w:rsidR="009C06EC" w14:paraId="5A50EB62" w14:textId="77777777" w:rsidTr="00FB18CF">
        <w:tc>
          <w:tcPr>
            <w:tcW w:w="2160" w:type="dxa"/>
            <w:vMerge w:val="restart"/>
            <w:vAlign w:val="center"/>
          </w:tcPr>
          <w:p w14:paraId="1DA7A0CB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  <w:r w:rsidRPr="009C06EC">
              <w:rPr>
                <w:b/>
                <w:bCs/>
              </w:rPr>
              <w:t>팀원</w:t>
            </w:r>
            <w:r w:rsidRPr="009C06EC">
              <w:rPr>
                <w:b/>
                <w:bCs/>
              </w:rPr>
              <w:t xml:space="preserve"> 3</w:t>
            </w:r>
          </w:p>
        </w:tc>
        <w:tc>
          <w:tcPr>
            <w:tcW w:w="2160" w:type="dxa"/>
            <w:vAlign w:val="center"/>
          </w:tcPr>
          <w:p w14:paraId="76543B6A" w14:textId="6CC6F5C3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이름</w:t>
            </w:r>
          </w:p>
        </w:tc>
        <w:tc>
          <w:tcPr>
            <w:tcW w:w="4392" w:type="dxa"/>
            <w:vAlign w:val="center"/>
          </w:tcPr>
          <w:p w14:paraId="18784DE4" w14:textId="77777777" w:rsidR="009C06EC" w:rsidRDefault="009C06EC" w:rsidP="00B75E49">
            <w:pPr>
              <w:jc w:val="center"/>
            </w:pPr>
          </w:p>
        </w:tc>
      </w:tr>
      <w:tr w:rsidR="009C06EC" w14:paraId="5324568A" w14:textId="77777777" w:rsidTr="00FB18CF">
        <w:tc>
          <w:tcPr>
            <w:tcW w:w="2160" w:type="dxa"/>
            <w:vMerge/>
            <w:vAlign w:val="center"/>
          </w:tcPr>
          <w:p w14:paraId="461C4711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</w:p>
        </w:tc>
        <w:tc>
          <w:tcPr>
            <w:tcW w:w="2160" w:type="dxa"/>
            <w:vAlign w:val="center"/>
          </w:tcPr>
          <w:p w14:paraId="6D62FA59" w14:textId="27CF1BD9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소속</w:t>
            </w:r>
            <w:r w:rsidRPr="0077584A">
              <w:rPr>
                <w:b/>
                <w:bCs/>
              </w:rPr>
              <w:t xml:space="preserve"> </w:t>
            </w:r>
            <w:r w:rsidRPr="0077584A">
              <w:rPr>
                <w:b/>
                <w:bCs/>
              </w:rPr>
              <w:t>학교</w:t>
            </w:r>
          </w:p>
        </w:tc>
        <w:tc>
          <w:tcPr>
            <w:tcW w:w="4392" w:type="dxa"/>
            <w:vAlign w:val="center"/>
          </w:tcPr>
          <w:p w14:paraId="092B09D1" w14:textId="77777777" w:rsidR="009C06EC" w:rsidRDefault="009C06EC" w:rsidP="00B75E49">
            <w:pPr>
              <w:jc w:val="center"/>
            </w:pPr>
          </w:p>
        </w:tc>
      </w:tr>
      <w:tr w:rsidR="009C06EC" w14:paraId="0D32E877" w14:textId="77777777" w:rsidTr="00FB18CF">
        <w:tc>
          <w:tcPr>
            <w:tcW w:w="2160" w:type="dxa"/>
            <w:vMerge/>
            <w:vAlign w:val="center"/>
          </w:tcPr>
          <w:p w14:paraId="13BECDCE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</w:p>
        </w:tc>
        <w:tc>
          <w:tcPr>
            <w:tcW w:w="2160" w:type="dxa"/>
            <w:vAlign w:val="center"/>
          </w:tcPr>
          <w:p w14:paraId="3418CE24" w14:textId="4F6C1DC9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학과</w:t>
            </w:r>
          </w:p>
        </w:tc>
        <w:tc>
          <w:tcPr>
            <w:tcW w:w="4392" w:type="dxa"/>
            <w:vAlign w:val="center"/>
          </w:tcPr>
          <w:p w14:paraId="36A90509" w14:textId="77777777" w:rsidR="009C06EC" w:rsidRDefault="009C06EC" w:rsidP="00B75E49">
            <w:pPr>
              <w:jc w:val="center"/>
            </w:pPr>
          </w:p>
        </w:tc>
      </w:tr>
      <w:tr w:rsidR="009C06EC" w14:paraId="65769553" w14:textId="77777777" w:rsidTr="00FB18CF">
        <w:tc>
          <w:tcPr>
            <w:tcW w:w="2160" w:type="dxa"/>
            <w:vMerge/>
            <w:vAlign w:val="center"/>
          </w:tcPr>
          <w:p w14:paraId="4B320BB4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</w:p>
        </w:tc>
        <w:tc>
          <w:tcPr>
            <w:tcW w:w="2160" w:type="dxa"/>
            <w:vAlign w:val="center"/>
          </w:tcPr>
          <w:p w14:paraId="750CC790" w14:textId="01BF8C94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학년</w:t>
            </w:r>
          </w:p>
        </w:tc>
        <w:tc>
          <w:tcPr>
            <w:tcW w:w="4392" w:type="dxa"/>
            <w:vAlign w:val="center"/>
          </w:tcPr>
          <w:p w14:paraId="0650D135" w14:textId="77777777" w:rsidR="009C06EC" w:rsidRDefault="009C06EC" w:rsidP="00B75E49">
            <w:pPr>
              <w:jc w:val="center"/>
            </w:pPr>
          </w:p>
        </w:tc>
      </w:tr>
      <w:tr w:rsidR="009C06EC" w14:paraId="72C835FC" w14:textId="77777777" w:rsidTr="00FB18CF">
        <w:tc>
          <w:tcPr>
            <w:tcW w:w="2160" w:type="dxa"/>
            <w:vMerge/>
            <w:vAlign w:val="center"/>
          </w:tcPr>
          <w:p w14:paraId="03DCB0BB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</w:p>
        </w:tc>
        <w:tc>
          <w:tcPr>
            <w:tcW w:w="2160" w:type="dxa"/>
            <w:vAlign w:val="center"/>
          </w:tcPr>
          <w:p w14:paraId="114B7E67" w14:textId="2C80B41A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전화번호</w:t>
            </w:r>
          </w:p>
        </w:tc>
        <w:tc>
          <w:tcPr>
            <w:tcW w:w="4392" w:type="dxa"/>
            <w:vAlign w:val="center"/>
          </w:tcPr>
          <w:p w14:paraId="183CE274" w14:textId="77777777" w:rsidR="009C06EC" w:rsidRDefault="009C06EC" w:rsidP="00B75E49">
            <w:pPr>
              <w:jc w:val="center"/>
            </w:pPr>
          </w:p>
        </w:tc>
      </w:tr>
      <w:tr w:rsidR="009C06EC" w14:paraId="38DD1ACB" w14:textId="77777777" w:rsidTr="00FB18CF">
        <w:tc>
          <w:tcPr>
            <w:tcW w:w="2160" w:type="dxa"/>
            <w:vMerge/>
            <w:vAlign w:val="center"/>
          </w:tcPr>
          <w:p w14:paraId="5EB3F507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</w:p>
        </w:tc>
        <w:tc>
          <w:tcPr>
            <w:tcW w:w="2160" w:type="dxa"/>
            <w:vAlign w:val="center"/>
          </w:tcPr>
          <w:p w14:paraId="05CBE715" w14:textId="608A14F9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이메일</w:t>
            </w:r>
            <w:r w:rsidRPr="0077584A">
              <w:rPr>
                <w:b/>
                <w:bCs/>
              </w:rPr>
              <w:t xml:space="preserve"> </w:t>
            </w:r>
            <w:r w:rsidRPr="0077584A">
              <w:rPr>
                <w:b/>
                <w:bCs/>
              </w:rPr>
              <w:t>주소</w:t>
            </w:r>
          </w:p>
        </w:tc>
        <w:tc>
          <w:tcPr>
            <w:tcW w:w="4392" w:type="dxa"/>
            <w:vAlign w:val="center"/>
          </w:tcPr>
          <w:p w14:paraId="7A6CBEB5" w14:textId="77777777" w:rsidR="009C06EC" w:rsidRDefault="009C06EC" w:rsidP="00B75E49">
            <w:pPr>
              <w:jc w:val="center"/>
            </w:pPr>
          </w:p>
        </w:tc>
      </w:tr>
      <w:tr w:rsidR="009C06EC" w14:paraId="553AC280" w14:textId="77777777" w:rsidTr="00FB18CF">
        <w:tc>
          <w:tcPr>
            <w:tcW w:w="2160" w:type="dxa"/>
            <w:vMerge w:val="restart"/>
            <w:vAlign w:val="center"/>
          </w:tcPr>
          <w:p w14:paraId="6D64402B" w14:textId="77777777" w:rsidR="009C06EC" w:rsidRPr="009C06EC" w:rsidRDefault="009C06EC" w:rsidP="00B75E49">
            <w:pPr>
              <w:jc w:val="center"/>
              <w:rPr>
                <w:b/>
                <w:bCs/>
              </w:rPr>
            </w:pPr>
            <w:r w:rsidRPr="009C06EC">
              <w:rPr>
                <w:b/>
                <w:bCs/>
              </w:rPr>
              <w:t>팀원</w:t>
            </w:r>
            <w:r w:rsidRPr="009C06EC">
              <w:rPr>
                <w:b/>
                <w:bCs/>
              </w:rPr>
              <w:t xml:space="preserve"> 4</w:t>
            </w:r>
          </w:p>
        </w:tc>
        <w:tc>
          <w:tcPr>
            <w:tcW w:w="2160" w:type="dxa"/>
            <w:vAlign w:val="center"/>
          </w:tcPr>
          <w:p w14:paraId="6E3786F4" w14:textId="55128918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이름</w:t>
            </w:r>
          </w:p>
        </w:tc>
        <w:tc>
          <w:tcPr>
            <w:tcW w:w="4392" w:type="dxa"/>
            <w:vAlign w:val="center"/>
          </w:tcPr>
          <w:p w14:paraId="63412524" w14:textId="77777777" w:rsidR="009C06EC" w:rsidRDefault="009C06EC" w:rsidP="00B75E49">
            <w:pPr>
              <w:jc w:val="center"/>
            </w:pPr>
          </w:p>
        </w:tc>
      </w:tr>
      <w:tr w:rsidR="009C06EC" w14:paraId="0E60F57B" w14:textId="77777777" w:rsidTr="00FB18CF">
        <w:tc>
          <w:tcPr>
            <w:tcW w:w="2160" w:type="dxa"/>
            <w:vMerge/>
            <w:vAlign w:val="center"/>
          </w:tcPr>
          <w:p w14:paraId="2F6DACB5" w14:textId="77777777" w:rsidR="009C06EC" w:rsidRDefault="009C06EC" w:rsidP="00B75E49">
            <w:pPr>
              <w:jc w:val="center"/>
            </w:pPr>
          </w:p>
        </w:tc>
        <w:tc>
          <w:tcPr>
            <w:tcW w:w="2160" w:type="dxa"/>
            <w:vAlign w:val="center"/>
          </w:tcPr>
          <w:p w14:paraId="4A447BF8" w14:textId="43224E43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소속</w:t>
            </w:r>
            <w:r w:rsidRPr="0077584A">
              <w:rPr>
                <w:b/>
                <w:bCs/>
              </w:rPr>
              <w:t xml:space="preserve"> </w:t>
            </w:r>
            <w:r w:rsidRPr="0077584A">
              <w:rPr>
                <w:b/>
                <w:bCs/>
              </w:rPr>
              <w:t>학교</w:t>
            </w:r>
          </w:p>
        </w:tc>
        <w:tc>
          <w:tcPr>
            <w:tcW w:w="4392" w:type="dxa"/>
            <w:vAlign w:val="center"/>
          </w:tcPr>
          <w:p w14:paraId="4054C045" w14:textId="77777777" w:rsidR="009C06EC" w:rsidRDefault="009C06EC" w:rsidP="00B75E49">
            <w:pPr>
              <w:jc w:val="center"/>
            </w:pPr>
          </w:p>
        </w:tc>
      </w:tr>
      <w:tr w:rsidR="009C06EC" w14:paraId="12AE4C81" w14:textId="77777777" w:rsidTr="00FB18CF">
        <w:tc>
          <w:tcPr>
            <w:tcW w:w="2160" w:type="dxa"/>
            <w:vMerge/>
            <w:vAlign w:val="center"/>
          </w:tcPr>
          <w:p w14:paraId="62857D8D" w14:textId="77777777" w:rsidR="009C06EC" w:rsidRDefault="009C06EC" w:rsidP="00B75E49">
            <w:pPr>
              <w:jc w:val="center"/>
            </w:pPr>
          </w:p>
        </w:tc>
        <w:tc>
          <w:tcPr>
            <w:tcW w:w="2160" w:type="dxa"/>
            <w:vAlign w:val="center"/>
          </w:tcPr>
          <w:p w14:paraId="38B61E11" w14:textId="16213370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학과</w:t>
            </w:r>
          </w:p>
        </w:tc>
        <w:tc>
          <w:tcPr>
            <w:tcW w:w="4392" w:type="dxa"/>
            <w:vAlign w:val="center"/>
          </w:tcPr>
          <w:p w14:paraId="3DAC365C" w14:textId="77777777" w:rsidR="009C06EC" w:rsidRDefault="009C06EC" w:rsidP="00B75E49">
            <w:pPr>
              <w:jc w:val="center"/>
            </w:pPr>
          </w:p>
        </w:tc>
      </w:tr>
      <w:tr w:rsidR="009C06EC" w14:paraId="3380D853" w14:textId="77777777" w:rsidTr="00FB18CF">
        <w:tc>
          <w:tcPr>
            <w:tcW w:w="2160" w:type="dxa"/>
            <w:vMerge/>
            <w:vAlign w:val="center"/>
          </w:tcPr>
          <w:p w14:paraId="6283DAD1" w14:textId="77777777" w:rsidR="009C06EC" w:rsidRDefault="009C06EC" w:rsidP="00B75E49">
            <w:pPr>
              <w:jc w:val="center"/>
            </w:pPr>
          </w:p>
        </w:tc>
        <w:tc>
          <w:tcPr>
            <w:tcW w:w="2160" w:type="dxa"/>
            <w:vAlign w:val="center"/>
          </w:tcPr>
          <w:p w14:paraId="43B9A59D" w14:textId="12BF1406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학년</w:t>
            </w:r>
          </w:p>
        </w:tc>
        <w:tc>
          <w:tcPr>
            <w:tcW w:w="4392" w:type="dxa"/>
            <w:vAlign w:val="center"/>
          </w:tcPr>
          <w:p w14:paraId="44134D14" w14:textId="77777777" w:rsidR="009C06EC" w:rsidRDefault="009C06EC" w:rsidP="00B75E49">
            <w:pPr>
              <w:jc w:val="center"/>
            </w:pPr>
          </w:p>
        </w:tc>
      </w:tr>
      <w:tr w:rsidR="009C06EC" w14:paraId="7DD56EF4" w14:textId="77777777" w:rsidTr="00FB18CF">
        <w:tc>
          <w:tcPr>
            <w:tcW w:w="2160" w:type="dxa"/>
            <w:vMerge/>
            <w:vAlign w:val="center"/>
          </w:tcPr>
          <w:p w14:paraId="7DA0ADA4" w14:textId="77777777" w:rsidR="009C06EC" w:rsidRDefault="009C06EC" w:rsidP="00B75E49">
            <w:pPr>
              <w:jc w:val="center"/>
            </w:pPr>
          </w:p>
        </w:tc>
        <w:tc>
          <w:tcPr>
            <w:tcW w:w="2160" w:type="dxa"/>
            <w:vAlign w:val="center"/>
          </w:tcPr>
          <w:p w14:paraId="70F7BCBE" w14:textId="476FF6D5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전화번호</w:t>
            </w:r>
          </w:p>
        </w:tc>
        <w:tc>
          <w:tcPr>
            <w:tcW w:w="4392" w:type="dxa"/>
            <w:vAlign w:val="center"/>
          </w:tcPr>
          <w:p w14:paraId="6B10C7FF" w14:textId="77777777" w:rsidR="009C06EC" w:rsidRDefault="009C06EC" w:rsidP="00B75E49">
            <w:pPr>
              <w:jc w:val="center"/>
            </w:pPr>
          </w:p>
        </w:tc>
      </w:tr>
      <w:tr w:rsidR="009C06EC" w14:paraId="60281377" w14:textId="77777777" w:rsidTr="00FB18CF">
        <w:tc>
          <w:tcPr>
            <w:tcW w:w="2160" w:type="dxa"/>
            <w:vMerge/>
            <w:vAlign w:val="center"/>
          </w:tcPr>
          <w:p w14:paraId="3395EDCF" w14:textId="77777777" w:rsidR="009C06EC" w:rsidRDefault="009C06EC" w:rsidP="00B75E49">
            <w:pPr>
              <w:jc w:val="center"/>
            </w:pPr>
          </w:p>
        </w:tc>
        <w:tc>
          <w:tcPr>
            <w:tcW w:w="2160" w:type="dxa"/>
            <w:vAlign w:val="center"/>
          </w:tcPr>
          <w:p w14:paraId="000E8772" w14:textId="2D5D1C40" w:rsidR="009C06EC" w:rsidRDefault="009C06EC" w:rsidP="00B75E49">
            <w:pPr>
              <w:jc w:val="center"/>
            </w:pPr>
            <w:r w:rsidRPr="0077584A">
              <w:rPr>
                <w:b/>
                <w:bCs/>
              </w:rPr>
              <w:t>이메일</w:t>
            </w:r>
            <w:r w:rsidRPr="0077584A">
              <w:rPr>
                <w:b/>
                <w:bCs/>
              </w:rPr>
              <w:t xml:space="preserve"> </w:t>
            </w:r>
            <w:r w:rsidRPr="0077584A">
              <w:rPr>
                <w:b/>
                <w:bCs/>
              </w:rPr>
              <w:t>주소</w:t>
            </w:r>
          </w:p>
        </w:tc>
        <w:tc>
          <w:tcPr>
            <w:tcW w:w="4392" w:type="dxa"/>
            <w:vAlign w:val="center"/>
          </w:tcPr>
          <w:p w14:paraId="486EDD2E" w14:textId="77777777" w:rsidR="009C06EC" w:rsidRDefault="009C06EC" w:rsidP="00B75E49">
            <w:pPr>
              <w:jc w:val="center"/>
            </w:pPr>
          </w:p>
        </w:tc>
      </w:tr>
    </w:tbl>
    <w:p w14:paraId="7EA30F50" w14:textId="64B13AE4" w:rsidR="001D3673" w:rsidRPr="00136209" w:rsidRDefault="00000000">
      <w:pPr>
        <w:pStyle w:val="1"/>
        <w:rPr>
          <w:rFonts w:eastAsia="맑은 고딕" w:hint="eastAsia"/>
          <w:lang w:eastAsia="ko-KR"/>
        </w:rPr>
      </w:pPr>
      <w:r>
        <w:lastRenderedPageBreak/>
        <w:t xml:space="preserve">3. </w:t>
      </w:r>
      <w:r>
        <w:t>연구</w:t>
      </w:r>
      <w:r>
        <w:t xml:space="preserve"> </w:t>
      </w:r>
      <w:r>
        <w:t>주제</w:t>
      </w:r>
    </w:p>
    <w:p w14:paraId="508F616E" w14:textId="5EBED108" w:rsidR="001D3673" w:rsidRDefault="00000000">
      <w:pPr>
        <w:rPr>
          <w:rFonts w:eastAsia="맑은 고딕"/>
          <w:lang w:eastAsia="ko-KR"/>
        </w:rPr>
      </w:pPr>
      <w:r>
        <w:rPr>
          <w:lang w:eastAsia="ko-KR"/>
        </w:rPr>
        <w:t>연구</w:t>
      </w:r>
      <w:r>
        <w:rPr>
          <w:lang w:eastAsia="ko-KR"/>
        </w:rPr>
        <w:t xml:space="preserve"> </w:t>
      </w:r>
      <w:r>
        <w:rPr>
          <w:lang w:eastAsia="ko-KR"/>
        </w:rPr>
        <w:t>주제</w:t>
      </w:r>
      <w:r>
        <w:rPr>
          <w:lang w:eastAsia="ko-KR"/>
        </w:rPr>
        <w:t xml:space="preserve">: </w:t>
      </w:r>
      <w:r>
        <w:rPr>
          <w:lang w:eastAsia="ko-KR"/>
        </w:rPr>
        <w:br/>
      </w:r>
      <w:r>
        <w:rPr>
          <w:lang w:eastAsia="ko-KR"/>
        </w:rPr>
        <w:t>연구</w:t>
      </w:r>
      <w:r>
        <w:rPr>
          <w:lang w:eastAsia="ko-KR"/>
        </w:rPr>
        <w:t xml:space="preserve"> </w:t>
      </w:r>
      <w:r>
        <w:rPr>
          <w:lang w:eastAsia="ko-KR"/>
        </w:rPr>
        <w:t>주제</w:t>
      </w:r>
      <w:r>
        <w:rPr>
          <w:lang w:eastAsia="ko-KR"/>
        </w:rPr>
        <w:t xml:space="preserve"> </w:t>
      </w:r>
      <w:r w:rsidR="00136209">
        <w:rPr>
          <w:rFonts w:eastAsia="맑은 고딕" w:hint="eastAsia"/>
          <w:lang w:eastAsia="ko-KR"/>
        </w:rPr>
        <w:t>,</w:t>
      </w:r>
      <w:r w:rsidR="00136209">
        <w:rPr>
          <w:rFonts w:eastAsia="맑은 고딕" w:hint="eastAsia"/>
          <w:lang w:eastAsia="ko-KR"/>
        </w:rPr>
        <w:t>목표</w:t>
      </w:r>
      <w:r w:rsidR="00136209">
        <w:rPr>
          <w:rFonts w:eastAsia="맑은 고딕" w:hint="eastAsia"/>
          <w:lang w:eastAsia="ko-KR"/>
        </w:rPr>
        <w:t xml:space="preserve"> </w:t>
      </w:r>
      <w:r w:rsidR="00136209">
        <w:rPr>
          <w:rFonts w:eastAsia="맑은 고딕" w:hint="eastAsia"/>
          <w:lang w:eastAsia="ko-KR"/>
        </w:rPr>
        <w:t>및</w:t>
      </w:r>
      <w:r w:rsidR="00136209">
        <w:rPr>
          <w:rFonts w:eastAsia="맑은 고딕" w:hint="eastAsia"/>
          <w:lang w:eastAsia="ko-KR"/>
        </w:rPr>
        <w:t xml:space="preserve"> </w:t>
      </w:r>
      <w:r w:rsidR="00136209">
        <w:rPr>
          <w:rFonts w:eastAsia="맑은 고딕" w:hint="eastAsia"/>
          <w:lang w:eastAsia="ko-KR"/>
        </w:rPr>
        <w:t>기대효과</w:t>
      </w:r>
      <w:r w:rsidR="00136209">
        <w:rPr>
          <w:rFonts w:eastAsia="맑은 고딕" w:hint="eastAsia"/>
          <w:lang w:eastAsia="ko-KR"/>
        </w:rPr>
        <w:t xml:space="preserve"> </w:t>
      </w:r>
      <w:r w:rsidR="0062026F">
        <w:rPr>
          <w:rFonts w:ascii="맑은 고딕" w:eastAsia="맑은 고딕" w:hAnsi="맑은 고딕" w:cs="맑은 고딕" w:hint="eastAsia"/>
          <w:lang w:eastAsia="ko-KR"/>
        </w:rPr>
        <w:t>요약</w:t>
      </w:r>
      <w:r>
        <w:rPr>
          <w:lang w:eastAsia="ko-KR"/>
        </w:rPr>
        <w:t>: (</w:t>
      </w:r>
      <w:r w:rsidR="00136209">
        <w:rPr>
          <w:rFonts w:eastAsia="맑은 고딕" w:hint="eastAsia"/>
          <w:lang w:eastAsia="ko-KR"/>
        </w:rPr>
        <w:t>35</w:t>
      </w:r>
      <w:r>
        <w:rPr>
          <w:lang w:eastAsia="ko-KR"/>
        </w:rPr>
        <w:t>0</w:t>
      </w:r>
      <w:r>
        <w:rPr>
          <w:lang w:eastAsia="ko-KR"/>
        </w:rPr>
        <w:t>자</w:t>
      </w:r>
      <w:r>
        <w:rPr>
          <w:lang w:eastAsia="ko-KR"/>
        </w:rPr>
        <w:t xml:space="preserve"> </w:t>
      </w:r>
      <w:r>
        <w:rPr>
          <w:lang w:eastAsia="ko-KR"/>
        </w:rPr>
        <w:t>이내로</w:t>
      </w:r>
      <w:r>
        <w:rPr>
          <w:lang w:eastAsia="ko-KR"/>
        </w:rPr>
        <w:t xml:space="preserve"> </w:t>
      </w:r>
      <w:r>
        <w:rPr>
          <w:lang w:eastAsia="ko-KR"/>
        </w:rPr>
        <w:t>작성</w:t>
      </w:r>
      <w:r>
        <w:rPr>
          <w:lang w:eastAsia="ko-KR"/>
        </w:rPr>
        <w:t>)</w:t>
      </w:r>
      <w:r>
        <w:rPr>
          <w:lang w:eastAsia="ko-KR"/>
        </w:rPr>
        <w:br/>
      </w:r>
    </w:p>
    <w:p w14:paraId="48E2C872" w14:textId="77777777" w:rsidR="0062026F" w:rsidRDefault="0062026F">
      <w:pPr>
        <w:rPr>
          <w:rFonts w:eastAsia="맑은 고딕"/>
          <w:lang w:eastAsia="ko-KR"/>
        </w:rPr>
      </w:pPr>
    </w:p>
    <w:p w14:paraId="3CC57109" w14:textId="77777777" w:rsidR="00136209" w:rsidRPr="00136209" w:rsidRDefault="00136209">
      <w:pPr>
        <w:rPr>
          <w:rFonts w:eastAsia="맑은 고딕" w:hint="eastAsia"/>
          <w:lang w:eastAsia="ko-KR"/>
        </w:rPr>
      </w:pPr>
    </w:p>
    <w:p w14:paraId="741FC031" w14:textId="77777777" w:rsidR="0062026F" w:rsidRPr="0062026F" w:rsidRDefault="0062026F">
      <w:pPr>
        <w:rPr>
          <w:rFonts w:eastAsia="맑은 고딕"/>
          <w:lang w:eastAsia="ko-KR"/>
        </w:rPr>
      </w:pPr>
    </w:p>
    <w:p w14:paraId="11FBEEAD" w14:textId="041A31E6" w:rsidR="001D3673" w:rsidRDefault="0076683D">
      <w:pPr>
        <w:pStyle w:val="1"/>
        <w:rPr>
          <w:lang w:eastAsia="ko-KR"/>
        </w:rPr>
      </w:pPr>
      <w:r>
        <w:rPr>
          <w:rFonts w:eastAsia="맑은 고딕" w:hint="eastAsia"/>
          <w:lang w:eastAsia="ko-KR"/>
        </w:rPr>
        <w:t>4</w:t>
      </w:r>
      <w:r w:rsidR="00000000">
        <w:rPr>
          <w:lang w:eastAsia="ko-KR"/>
        </w:rPr>
        <w:t xml:space="preserve">. </w:t>
      </w:r>
      <w:r w:rsidR="00000000">
        <w:rPr>
          <w:lang w:eastAsia="ko-KR"/>
        </w:rPr>
        <w:t>지도</w:t>
      </w:r>
      <w:r w:rsidR="00000000">
        <w:rPr>
          <w:lang w:eastAsia="ko-KR"/>
        </w:rPr>
        <w:t xml:space="preserve"> </w:t>
      </w:r>
      <w:r w:rsidR="00000000">
        <w:rPr>
          <w:lang w:eastAsia="ko-KR"/>
        </w:rPr>
        <w:t>교수</w:t>
      </w:r>
      <w:r w:rsidR="00000000">
        <w:rPr>
          <w:lang w:eastAsia="ko-KR"/>
        </w:rPr>
        <w:t xml:space="preserve"> </w:t>
      </w:r>
      <w:r w:rsidR="00000000">
        <w:rPr>
          <w:lang w:eastAsia="ko-KR"/>
        </w:rPr>
        <w:t>정보</w:t>
      </w:r>
      <w:r w:rsidR="00000000">
        <w:rPr>
          <w:lang w:eastAsia="ko-KR"/>
        </w:rPr>
        <w:t xml:space="preserve"> (</w:t>
      </w:r>
      <w:r w:rsidR="00000000">
        <w:rPr>
          <w:lang w:eastAsia="ko-KR"/>
        </w:rPr>
        <w:t>선택사항</w:t>
      </w:r>
      <w:r w:rsidR="00000000">
        <w:rPr>
          <w:lang w:eastAsia="ko-KR"/>
        </w:rPr>
        <w:t>)</w:t>
      </w:r>
    </w:p>
    <w:p w14:paraId="09000F5C" w14:textId="19DB0B59" w:rsidR="001D3673" w:rsidRDefault="00000000">
      <w:pPr>
        <w:rPr>
          <w:lang w:eastAsia="ko-KR"/>
        </w:rPr>
      </w:pPr>
      <w:r>
        <w:rPr>
          <w:lang w:eastAsia="ko-KR"/>
        </w:rPr>
        <w:t>지도</w:t>
      </w:r>
      <w:r>
        <w:rPr>
          <w:lang w:eastAsia="ko-KR"/>
        </w:rPr>
        <w:t xml:space="preserve"> </w:t>
      </w:r>
      <w:r>
        <w:rPr>
          <w:lang w:eastAsia="ko-KR"/>
        </w:rPr>
        <w:t>교수명</w:t>
      </w:r>
      <w:r>
        <w:rPr>
          <w:lang w:eastAsia="ko-KR"/>
        </w:rPr>
        <w:t xml:space="preserve">: </w:t>
      </w:r>
      <w:r>
        <w:rPr>
          <w:lang w:eastAsia="ko-KR"/>
        </w:rPr>
        <w:br/>
      </w:r>
      <w:r>
        <w:rPr>
          <w:lang w:eastAsia="ko-KR"/>
        </w:rPr>
        <w:t>소속</w:t>
      </w:r>
      <w:r>
        <w:rPr>
          <w:lang w:eastAsia="ko-KR"/>
        </w:rPr>
        <w:t xml:space="preserve"> </w:t>
      </w:r>
      <w:r>
        <w:rPr>
          <w:lang w:eastAsia="ko-KR"/>
        </w:rPr>
        <w:t>학교</w:t>
      </w:r>
      <w:r>
        <w:rPr>
          <w:lang w:eastAsia="ko-KR"/>
        </w:rPr>
        <w:t xml:space="preserve"> </w:t>
      </w:r>
      <w:r>
        <w:rPr>
          <w:lang w:eastAsia="ko-KR"/>
        </w:rPr>
        <w:t>및</w:t>
      </w:r>
      <w:r>
        <w:rPr>
          <w:lang w:eastAsia="ko-KR"/>
        </w:rPr>
        <w:t xml:space="preserve"> </w:t>
      </w:r>
      <w:r>
        <w:rPr>
          <w:lang w:eastAsia="ko-KR"/>
        </w:rPr>
        <w:t>학과</w:t>
      </w:r>
      <w:r>
        <w:rPr>
          <w:lang w:eastAsia="ko-KR"/>
        </w:rPr>
        <w:t xml:space="preserve">: </w:t>
      </w:r>
      <w:r>
        <w:rPr>
          <w:lang w:eastAsia="ko-KR"/>
        </w:rPr>
        <w:br/>
      </w:r>
      <w:r>
        <w:rPr>
          <w:lang w:eastAsia="ko-KR"/>
        </w:rPr>
        <w:t>전화번호</w:t>
      </w:r>
      <w:r>
        <w:rPr>
          <w:lang w:eastAsia="ko-KR"/>
        </w:rPr>
        <w:t xml:space="preserve">: </w:t>
      </w:r>
      <w:r>
        <w:rPr>
          <w:lang w:eastAsia="ko-KR"/>
        </w:rPr>
        <w:br/>
      </w:r>
      <w:r>
        <w:rPr>
          <w:lang w:eastAsia="ko-KR"/>
        </w:rPr>
        <w:t>이메일</w:t>
      </w:r>
      <w:r>
        <w:rPr>
          <w:lang w:eastAsia="ko-KR"/>
        </w:rPr>
        <w:t xml:space="preserve"> </w:t>
      </w:r>
      <w:r>
        <w:rPr>
          <w:lang w:eastAsia="ko-KR"/>
        </w:rPr>
        <w:t>주소</w:t>
      </w:r>
      <w:r>
        <w:rPr>
          <w:lang w:eastAsia="ko-KR"/>
        </w:rPr>
        <w:t xml:space="preserve">: </w:t>
      </w:r>
    </w:p>
    <w:p w14:paraId="6259EBDA" w14:textId="19197F0A" w:rsidR="001D3673" w:rsidRDefault="0076683D">
      <w:pPr>
        <w:pStyle w:val="1"/>
        <w:rPr>
          <w:lang w:eastAsia="ko-KR"/>
        </w:rPr>
      </w:pPr>
      <w:r>
        <w:rPr>
          <w:rFonts w:eastAsia="맑은 고딕" w:hint="eastAsia"/>
          <w:lang w:eastAsia="ko-KR"/>
        </w:rPr>
        <w:t>5</w:t>
      </w:r>
      <w:r w:rsidR="00000000">
        <w:rPr>
          <w:lang w:eastAsia="ko-KR"/>
        </w:rPr>
        <w:t xml:space="preserve">. </w:t>
      </w:r>
      <w:r w:rsidR="00000000">
        <w:rPr>
          <w:lang w:eastAsia="ko-KR"/>
        </w:rPr>
        <w:t>서명</w:t>
      </w:r>
    </w:p>
    <w:p w14:paraId="48F3E37B" w14:textId="4F248EA8" w:rsidR="0062026F" w:rsidRDefault="00000000">
      <w:pPr>
        <w:rPr>
          <w:rFonts w:eastAsia="맑은 고딕"/>
          <w:lang w:eastAsia="ko-KR"/>
        </w:rPr>
      </w:pPr>
      <w:r>
        <w:rPr>
          <w:lang w:eastAsia="ko-KR"/>
        </w:rPr>
        <w:t>본인은</w:t>
      </w:r>
      <w:r>
        <w:rPr>
          <w:lang w:eastAsia="ko-KR"/>
        </w:rPr>
        <w:t xml:space="preserve"> A</w:t>
      </w:r>
      <w:r w:rsidR="00136209">
        <w:rPr>
          <w:rFonts w:eastAsia="맑은 고딕" w:hint="eastAsia"/>
          <w:lang w:eastAsia="ko-KR"/>
        </w:rPr>
        <w:t>I/OR</w:t>
      </w:r>
      <w:r>
        <w:rPr>
          <w:lang w:eastAsia="ko-KR"/>
        </w:rPr>
        <w:t xml:space="preserve"> Business Challenge </w:t>
      </w:r>
      <w:r>
        <w:rPr>
          <w:lang w:eastAsia="ko-KR"/>
        </w:rPr>
        <w:t>참가자로서</w:t>
      </w:r>
      <w:r>
        <w:rPr>
          <w:lang w:eastAsia="ko-KR"/>
        </w:rPr>
        <w:t xml:space="preserve"> </w:t>
      </w:r>
      <w:r>
        <w:rPr>
          <w:lang w:eastAsia="ko-KR"/>
        </w:rPr>
        <w:t>모든</w:t>
      </w:r>
      <w:r>
        <w:rPr>
          <w:lang w:eastAsia="ko-KR"/>
        </w:rPr>
        <w:t xml:space="preserve"> </w:t>
      </w:r>
      <w:r>
        <w:rPr>
          <w:lang w:eastAsia="ko-KR"/>
        </w:rPr>
        <w:t>참가</w:t>
      </w:r>
      <w:r>
        <w:rPr>
          <w:lang w:eastAsia="ko-KR"/>
        </w:rPr>
        <w:t xml:space="preserve"> </w:t>
      </w:r>
      <w:r>
        <w:rPr>
          <w:lang w:eastAsia="ko-KR"/>
        </w:rPr>
        <w:t>규정을</w:t>
      </w:r>
      <w:r>
        <w:rPr>
          <w:lang w:eastAsia="ko-KR"/>
        </w:rPr>
        <w:t xml:space="preserve"> </w:t>
      </w:r>
      <w:r>
        <w:rPr>
          <w:lang w:eastAsia="ko-KR"/>
        </w:rPr>
        <w:t>준수할</w:t>
      </w:r>
      <w:r>
        <w:rPr>
          <w:lang w:eastAsia="ko-KR"/>
        </w:rPr>
        <w:t xml:space="preserve"> </w:t>
      </w:r>
      <w:r>
        <w:rPr>
          <w:lang w:eastAsia="ko-KR"/>
        </w:rPr>
        <w:t>것을</w:t>
      </w:r>
      <w:r>
        <w:rPr>
          <w:lang w:eastAsia="ko-KR"/>
        </w:rPr>
        <w:t xml:space="preserve"> </w:t>
      </w:r>
      <w:r>
        <w:rPr>
          <w:lang w:eastAsia="ko-KR"/>
        </w:rPr>
        <w:t>서약합니다</w:t>
      </w:r>
      <w:r>
        <w:rPr>
          <w:lang w:eastAsia="ko-KR"/>
        </w:rPr>
        <w:t>.</w:t>
      </w:r>
      <w:r>
        <w:rPr>
          <w:lang w:eastAsia="ko-KR"/>
        </w:rPr>
        <w:br/>
      </w:r>
      <w:r>
        <w:rPr>
          <w:lang w:eastAsia="ko-KR"/>
        </w:rPr>
        <w:t>제출된</w:t>
      </w:r>
      <w:r>
        <w:rPr>
          <w:lang w:eastAsia="ko-KR"/>
        </w:rPr>
        <w:t xml:space="preserve"> </w:t>
      </w:r>
      <w:r>
        <w:rPr>
          <w:lang w:eastAsia="ko-KR"/>
        </w:rPr>
        <w:t>연구</w:t>
      </w:r>
      <w:r>
        <w:rPr>
          <w:lang w:eastAsia="ko-KR"/>
        </w:rPr>
        <w:t xml:space="preserve"> </w:t>
      </w:r>
      <w:r>
        <w:rPr>
          <w:lang w:eastAsia="ko-KR"/>
        </w:rPr>
        <w:t>자료는</w:t>
      </w:r>
      <w:r>
        <w:rPr>
          <w:lang w:eastAsia="ko-KR"/>
        </w:rPr>
        <w:t xml:space="preserve"> </w:t>
      </w:r>
      <w:r>
        <w:rPr>
          <w:lang w:eastAsia="ko-KR"/>
        </w:rPr>
        <w:t>순수</w:t>
      </w:r>
      <w:r>
        <w:rPr>
          <w:lang w:eastAsia="ko-KR"/>
        </w:rPr>
        <w:t xml:space="preserve"> </w:t>
      </w:r>
      <w:r>
        <w:rPr>
          <w:lang w:eastAsia="ko-KR"/>
        </w:rPr>
        <w:t>창작물이며</w:t>
      </w:r>
      <w:r>
        <w:rPr>
          <w:lang w:eastAsia="ko-KR"/>
        </w:rPr>
        <w:t xml:space="preserve">, </w:t>
      </w:r>
      <w:r>
        <w:rPr>
          <w:lang w:eastAsia="ko-KR"/>
        </w:rPr>
        <w:t>타</w:t>
      </w:r>
      <w:r>
        <w:rPr>
          <w:lang w:eastAsia="ko-KR"/>
        </w:rPr>
        <w:t xml:space="preserve"> </w:t>
      </w:r>
      <w:r>
        <w:rPr>
          <w:lang w:eastAsia="ko-KR"/>
        </w:rPr>
        <w:t>대회에</w:t>
      </w:r>
      <w:r>
        <w:rPr>
          <w:lang w:eastAsia="ko-KR"/>
        </w:rPr>
        <w:t xml:space="preserve"> </w:t>
      </w:r>
      <w:r>
        <w:rPr>
          <w:lang w:eastAsia="ko-KR"/>
        </w:rPr>
        <w:t>제출되지</w:t>
      </w:r>
      <w:r>
        <w:rPr>
          <w:lang w:eastAsia="ko-KR"/>
        </w:rPr>
        <w:t xml:space="preserve"> </w:t>
      </w:r>
      <w:r>
        <w:rPr>
          <w:lang w:eastAsia="ko-KR"/>
        </w:rPr>
        <w:t>않았음을</w:t>
      </w:r>
      <w:r>
        <w:rPr>
          <w:lang w:eastAsia="ko-KR"/>
        </w:rPr>
        <w:t xml:space="preserve"> </w:t>
      </w:r>
      <w:r>
        <w:rPr>
          <w:lang w:eastAsia="ko-KR"/>
        </w:rPr>
        <w:t>확인합니다</w:t>
      </w:r>
      <w:r>
        <w:rPr>
          <w:lang w:eastAsia="ko-KR"/>
        </w:rPr>
        <w:t>.</w:t>
      </w:r>
    </w:p>
    <w:p w14:paraId="2EB9E336" w14:textId="540B1A11" w:rsidR="001D3673" w:rsidRPr="0062026F" w:rsidRDefault="00000000">
      <w:pPr>
        <w:rPr>
          <w:rFonts w:eastAsia="맑은 고딕"/>
          <w:lang w:eastAsia="ko-KR"/>
        </w:rPr>
      </w:pPr>
      <w:r>
        <w:rPr>
          <w:lang w:eastAsia="ko-KR"/>
        </w:rPr>
        <w:br/>
      </w:r>
      <w:r>
        <w:rPr>
          <w:lang w:eastAsia="ko-KR"/>
        </w:rPr>
        <w:t>서명</w:t>
      </w:r>
      <w:r>
        <w:rPr>
          <w:lang w:eastAsia="ko-KR"/>
        </w:rPr>
        <w:t xml:space="preserve">: </w:t>
      </w:r>
      <w:r>
        <w:rPr>
          <w:lang w:eastAsia="ko-KR"/>
        </w:rPr>
        <w:br/>
      </w:r>
      <w:r>
        <w:rPr>
          <w:lang w:eastAsia="ko-KR"/>
        </w:rPr>
        <w:t>날짜</w:t>
      </w:r>
      <w:r>
        <w:rPr>
          <w:lang w:eastAsia="ko-KR"/>
        </w:rPr>
        <w:t xml:space="preserve">: </w:t>
      </w:r>
      <w:r w:rsidR="0062026F">
        <w:rPr>
          <w:rFonts w:eastAsia="맑은 고딕" w:hint="eastAsia"/>
          <w:lang w:eastAsia="ko-KR"/>
        </w:rPr>
        <w:t>-</w:t>
      </w:r>
    </w:p>
    <w:p w14:paraId="2C4E605E" w14:textId="77777777" w:rsidR="001D3673" w:rsidRDefault="00000000">
      <w:pPr>
        <w:rPr>
          <w:lang w:eastAsia="ko-KR"/>
        </w:rPr>
      </w:pPr>
      <w:r>
        <w:rPr>
          <w:lang w:eastAsia="ko-KR"/>
        </w:rPr>
        <w:br/>
        <w:t>**</w:t>
      </w:r>
      <w:r>
        <w:rPr>
          <w:lang w:eastAsia="ko-KR"/>
        </w:rPr>
        <w:t>제출</w:t>
      </w:r>
      <w:r>
        <w:rPr>
          <w:lang w:eastAsia="ko-KR"/>
        </w:rPr>
        <w:t xml:space="preserve"> </w:t>
      </w:r>
      <w:r>
        <w:rPr>
          <w:lang w:eastAsia="ko-KR"/>
        </w:rPr>
        <w:t>방법</w:t>
      </w:r>
      <w:r>
        <w:rPr>
          <w:lang w:eastAsia="ko-KR"/>
        </w:rPr>
        <w:t xml:space="preserve">**: </w:t>
      </w:r>
      <w:r>
        <w:rPr>
          <w:lang w:eastAsia="ko-KR"/>
        </w:rPr>
        <w:t>모든</w:t>
      </w:r>
      <w:r>
        <w:rPr>
          <w:lang w:eastAsia="ko-KR"/>
        </w:rPr>
        <w:t xml:space="preserve"> </w:t>
      </w:r>
      <w:r>
        <w:rPr>
          <w:lang w:eastAsia="ko-KR"/>
        </w:rPr>
        <w:t>작성된</w:t>
      </w:r>
      <w:r>
        <w:rPr>
          <w:lang w:eastAsia="ko-KR"/>
        </w:rPr>
        <w:t xml:space="preserve"> </w:t>
      </w:r>
      <w:r>
        <w:rPr>
          <w:lang w:eastAsia="ko-KR"/>
        </w:rPr>
        <w:t>서류는</w:t>
      </w:r>
      <w:r>
        <w:rPr>
          <w:lang w:eastAsia="ko-KR"/>
        </w:rPr>
        <w:t xml:space="preserve"> PDF </w:t>
      </w:r>
      <w:r>
        <w:rPr>
          <w:lang w:eastAsia="ko-KR"/>
        </w:rPr>
        <w:t>형식으로</w:t>
      </w:r>
      <w:r>
        <w:rPr>
          <w:lang w:eastAsia="ko-KR"/>
        </w:rPr>
        <w:t xml:space="preserve"> </w:t>
      </w:r>
      <w:r>
        <w:rPr>
          <w:lang w:eastAsia="ko-KR"/>
        </w:rPr>
        <w:t>변환하여</w:t>
      </w:r>
      <w:r>
        <w:rPr>
          <w:lang w:eastAsia="ko-KR"/>
        </w:rPr>
        <w:t xml:space="preserve"> </w:t>
      </w:r>
      <w:r>
        <w:rPr>
          <w:lang w:eastAsia="ko-KR"/>
        </w:rPr>
        <w:t>아래</w:t>
      </w:r>
      <w:r>
        <w:rPr>
          <w:lang w:eastAsia="ko-KR"/>
        </w:rPr>
        <w:t xml:space="preserve"> </w:t>
      </w:r>
      <w:r>
        <w:rPr>
          <w:lang w:eastAsia="ko-KR"/>
        </w:rPr>
        <w:t>이메일로</w:t>
      </w:r>
      <w:r>
        <w:rPr>
          <w:lang w:eastAsia="ko-KR"/>
        </w:rPr>
        <w:t xml:space="preserve"> </w:t>
      </w:r>
      <w:r>
        <w:rPr>
          <w:lang w:eastAsia="ko-KR"/>
        </w:rPr>
        <w:t>제출해</w:t>
      </w:r>
      <w:r>
        <w:rPr>
          <w:lang w:eastAsia="ko-KR"/>
        </w:rPr>
        <w:t xml:space="preserve"> </w:t>
      </w:r>
      <w:r>
        <w:rPr>
          <w:lang w:eastAsia="ko-KR"/>
        </w:rPr>
        <w:t>주시기</w:t>
      </w:r>
      <w:r>
        <w:rPr>
          <w:lang w:eastAsia="ko-KR"/>
        </w:rPr>
        <w:t xml:space="preserve"> </w:t>
      </w:r>
      <w:r>
        <w:rPr>
          <w:lang w:eastAsia="ko-KR"/>
        </w:rPr>
        <w:t>바랍니다</w:t>
      </w:r>
      <w:r>
        <w:rPr>
          <w:lang w:eastAsia="ko-KR"/>
        </w:rPr>
        <w:t>.</w:t>
      </w:r>
      <w:r>
        <w:rPr>
          <w:lang w:eastAsia="ko-KR"/>
        </w:rPr>
        <w:br/>
      </w:r>
      <w:r>
        <w:rPr>
          <w:lang w:eastAsia="ko-KR"/>
        </w:rPr>
        <w:t>제출처</w:t>
      </w:r>
      <w:r>
        <w:rPr>
          <w:lang w:eastAsia="ko-KR"/>
        </w:rPr>
        <w:t>: korms77@naver.com</w:t>
      </w:r>
    </w:p>
    <w:sectPr w:rsidR="001D3673" w:rsidSect="00FB18CF">
      <w:pgSz w:w="12240" w:h="15840"/>
      <w:pgMar w:top="1418" w:right="1701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B9F35E6"/>
    <w:multiLevelType w:val="hybridMultilevel"/>
    <w:tmpl w:val="6876F3C8"/>
    <w:lvl w:ilvl="0" w:tplc="68FE5612">
      <w:start w:val="1"/>
      <w:numFmt w:val="decimal"/>
      <w:lvlText w:val="%1."/>
      <w:lvlJc w:val="left"/>
      <w:pPr>
        <w:ind w:left="800" w:hanging="360"/>
      </w:pPr>
      <w:rPr>
        <w:rFonts w:ascii="맑은 고딕" w:eastAsia="맑은 고딕" w:hAnsi="맑은 고딕" w:cs="맑은 고딕"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211424353">
    <w:abstractNumId w:val="8"/>
  </w:num>
  <w:num w:numId="2" w16cid:durableId="400758422">
    <w:abstractNumId w:val="6"/>
  </w:num>
  <w:num w:numId="3" w16cid:durableId="20278952">
    <w:abstractNumId w:val="5"/>
  </w:num>
  <w:num w:numId="4" w16cid:durableId="1572078941">
    <w:abstractNumId w:val="4"/>
  </w:num>
  <w:num w:numId="5" w16cid:durableId="1012419820">
    <w:abstractNumId w:val="7"/>
  </w:num>
  <w:num w:numId="6" w16cid:durableId="1966427346">
    <w:abstractNumId w:val="3"/>
  </w:num>
  <w:num w:numId="7" w16cid:durableId="222327673">
    <w:abstractNumId w:val="2"/>
  </w:num>
  <w:num w:numId="8" w16cid:durableId="422071347">
    <w:abstractNumId w:val="1"/>
  </w:num>
  <w:num w:numId="9" w16cid:durableId="1829008042">
    <w:abstractNumId w:val="0"/>
  </w:num>
  <w:num w:numId="10" w16cid:durableId="96026117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36209"/>
    <w:rsid w:val="0015074B"/>
    <w:rsid w:val="001D3673"/>
    <w:rsid w:val="0029639D"/>
    <w:rsid w:val="00326F90"/>
    <w:rsid w:val="0062026F"/>
    <w:rsid w:val="00621410"/>
    <w:rsid w:val="0076683D"/>
    <w:rsid w:val="0077584A"/>
    <w:rsid w:val="00813D02"/>
    <w:rsid w:val="009449C2"/>
    <w:rsid w:val="009C06EC"/>
    <w:rsid w:val="00A21C34"/>
    <w:rsid w:val="00AA1D8D"/>
    <w:rsid w:val="00B47730"/>
    <w:rsid w:val="00B75E49"/>
    <w:rsid w:val="00CB0664"/>
    <w:rsid w:val="00E97275"/>
    <w:rsid w:val="00FB18CF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58DD7FD"/>
  <w14:defaultImageDpi w14:val="300"/>
  <w15:docId w15:val="{DD153F85-E542-481A-AE21-4C7CC1834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FC693F"/>
  </w:style>
  <w:style w:type="paragraph" w:styleId="1">
    <w:name w:val="heading 1"/>
    <w:basedOn w:val="a1"/>
    <w:next w:val="a1"/>
    <w:link w:val="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2"/>
    <w:link w:val="a5"/>
    <w:uiPriority w:val="99"/>
    <w:rsid w:val="00E618BF"/>
  </w:style>
  <w:style w:type="paragraph" w:styleId="a6">
    <w:name w:val="footer"/>
    <w:basedOn w:val="a1"/>
    <w:link w:val="Char0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2"/>
    <w:link w:val="a6"/>
    <w:uiPriority w:val="99"/>
    <w:rsid w:val="00E618BF"/>
  </w:style>
  <w:style w:type="paragraph" w:styleId="a7">
    <w:name w:val="No Spacing"/>
    <w:uiPriority w:val="1"/>
    <w:qFormat/>
    <w:rsid w:val="00FC693F"/>
    <w:pPr>
      <w:spacing w:after="0" w:line="240" w:lineRule="auto"/>
    </w:pPr>
  </w:style>
  <w:style w:type="character" w:customStyle="1" w:styleId="1Char">
    <w:name w:val="제목 1 Char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제목 2 Char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제목 3 Char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Title"/>
    <w:basedOn w:val="a1"/>
    <w:next w:val="a1"/>
    <w:link w:val="Char1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1">
    <w:name w:val="제목 Char"/>
    <w:basedOn w:val="a2"/>
    <w:link w:val="a8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9">
    <w:name w:val="Subtitle"/>
    <w:basedOn w:val="a1"/>
    <w:next w:val="a1"/>
    <w:link w:val="Char2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har2">
    <w:name w:val="부제 Char"/>
    <w:basedOn w:val="a2"/>
    <w:link w:val="a9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a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b">
    <w:name w:val="Body Text"/>
    <w:basedOn w:val="a1"/>
    <w:link w:val="Char3"/>
    <w:uiPriority w:val="99"/>
    <w:unhideWhenUsed/>
    <w:rsid w:val="00AA1D8D"/>
    <w:pPr>
      <w:spacing w:after="120"/>
    </w:pPr>
  </w:style>
  <w:style w:type="character" w:customStyle="1" w:styleId="Char3">
    <w:name w:val="본문 Char"/>
    <w:basedOn w:val="a2"/>
    <w:link w:val="ab"/>
    <w:uiPriority w:val="99"/>
    <w:rsid w:val="00AA1D8D"/>
  </w:style>
  <w:style w:type="paragraph" w:styleId="22">
    <w:name w:val="Body Text 2"/>
    <w:basedOn w:val="a1"/>
    <w:link w:val="2Char0"/>
    <w:uiPriority w:val="99"/>
    <w:unhideWhenUsed/>
    <w:rsid w:val="00AA1D8D"/>
    <w:pPr>
      <w:spacing w:after="120" w:line="480" w:lineRule="auto"/>
    </w:pPr>
  </w:style>
  <w:style w:type="character" w:customStyle="1" w:styleId="2Char0">
    <w:name w:val="본문 2 Char"/>
    <w:basedOn w:val="a2"/>
    <w:link w:val="22"/>
    <w:uiPriority w:val="99"/>
    <w:rsid w:val="00AA1D8D"/>
  </w:style>
  <w:style w:type="paragraph" w:styleId="32">
    <w:name w:val="Body Text 3"/>
    <w:basedOn w:val="a1"/>
    <w:link w:val="3Char0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Char0">
    <w:name w:val="본문 3 Char"/>
    <w:basedOn w:val="a2"/>
    <w:link w:val="32"/>
    <w:uiPriority w:val="99"/>
    <w:rsid w:val="00AA1D8D"/>
    <w:rPr>
      <w:sz w:val="16"/>
      <w:szCs w:val="16"/>
    </w:rPr>
  </w:style>
  <w:style w:type="paragraph" w:styleId="ac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3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3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d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4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4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e">
    <w:name w:val="macro"/>
    <w:link w:val="Char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Char4">
    <w:name w:val="매크로 텍스트 Char"/>
    <w:basedOn w:val="a2"/>
    <w:link w:val="ae"/>
    <w:uiPriority w:val="99"/>
    <w:rsid w:val="0029639D"/>
    <w:rPr>
      <w:rFonts w:ascii="Courier" w:hAnsi="Courier"/>
      <w:sz w:val="20"/>
      <w:szCs w:val="20"/>
    </w:rPr>
  </w:style>
  <w:style w:type="paragraph" w:styleId="af">
    <w:name w:val="Quote"/>
    <w:basedOn w:val="a1"/>
    <w:next w:val="a1"/>
    <w:link w:val="Char5"/>
    <w:uiPriority w:val="29"/>
    <w:qFormat/>
    <w:rsid w:val="00FC693F"/>
    <w:rPr>
      <w:i/>
      <w:iCs/>
      <w:color w:val="000000" w:themeColor="text1"/>
    </w:rPr>
  </w:style>
  <w:style w:type="character" w:customStyle="1" w:styleId="Char5">
    <w:name w:val="인용 Char"/>
    <w:basedOn w:val="a2"/>
    <w:link w:val="af"/>
    <w:uiPriority w:val="29"/>
    <w:rsid w:val="00FC693F"/>
    <w:rPr>
      <w:i/>
      <w:iCs/>
      <w:color w:val="000000" w:themeColor="text1"/>
    </w:rPr>
  </w:style>
  <w:style w:type="character" w:customStyle="1" w:styleId="4Char">
    <w:name w:val="제목 4 Char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Char">
    <w:name w:val="제목 5 Char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Char">
    <w:name w:val="제목 6 Char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Char">
    <w:name w:val="제목 7 Char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Char">
    <w:name w:val="제목 8 Char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Char">
    <w:name w:val="제목 9 Char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0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1">
    <w:name w:val="Strong"/>
    <w:basedOn w:val="a2"/>
    <w:uiPriority w:val="22"/>
    <w:qFormat/>
    <w:rsid w:val="00FC693F"/>
    <w:rPr>
      <w:b/>
      <w:bCs/>
    </w:rPr>
  </w:style>
  <w:style w:type="character" w:styleId="af2">
    <w:name w:val="Emphasis"/>
    <w:basedOn w:val="a2"/>
    <w:uiPriority w:val="20"/>
    <w:qFormat/>
    <w:rsid w:val="00FC693F"/>
    <w:rPr>
      <w:i/>
      <w:iCs/>
    </w:rPr>
  </w:style>
  <w:style w:type="paragraph" w:styleId="af3">
    <w:name w:val="Intense Quote"/>
    <w:basedOn w:val="a1"/>
    <w:next w:val="a1"/>
    <w:link w:val="Char6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6">
    <w:name w:val="강한 인용 Char"/>
    <w:basedOn w:val="a2"/>
    <w:link w:val="af3"/>
    <w:uiPriority w:val="30"/>
    <w:rsid w:val="00FC693F"/>
    <w:rPr>
      <w:b/>
      <w:bCs/>
      <w:i/>
      <w:iCs/>
      <w:color w:val="4F81BD" w:themeColor="accent1"/>
    </w:rPr>
  </w:style>
  <w:style w:type="character" w:styleId="af4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5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6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7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8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TOC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9">
    <w:name w:val="Table Grid"/>
    <w:basedOn w:val="a3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a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b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c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0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5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1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6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2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7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5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d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e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0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89</Words>
  <Characters>509</Characters>
  <Application>Microsoft Office Word</Application>
  <DocSecurity>0</DocSecurity>
  <Lines>4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597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Song Woon Kyung</cp:lastModifiedBy>
  <cp:revision>10</cp:revision>
  <dcterms:created xsi:type="dcterms:W3CDTF">2013-12-23T23:15:00Z</dcterms:created>
  <dcterms:modified xsi:type="dcterms:W3CDTF">2024-09-20T03:40:00Z</dcterms:modified>
  <cp:category/>
</cp:coreProperties>
</file>